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ותנ״ך: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וניתוח של מושגי יסוד בספרות: סוגה, עלילה, מספר, אפיון ואמצעים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יצירות - סיפור עממי, משל, בלדה, סיפור קצר ושירה - ולזהות את מאפייני הסוגה בכל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פסוקים מספר שמואל ולדון בשאלות מנהיגות ובחירה מוסרית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מנומקת ומבוססת טקסט, כהכנה למטלות כתיבה ולמבחן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ארגז הכלים של הקורא/ת: מושגי יסוד בספרות – זיהוי והיכרות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דמות עגולה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ארגז הכלים של הקורא/ת: מושגי יסוד בספרות – זיהוי באמצעים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מספר בגוף ראשון הוא דמות המשתתפת בעלילה ומספרת מנקודת מבטה.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באפיון ישיר המספר מתאר את תכונות הדמות ישירות, בלי להסתמך על מעשים.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דמות שטוחה נשארת זהה לעצמה לאורך כל העלילה; דמות עגולה היא זו שמשתנה.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ארגז הכלים של הקורא/ת: מושגי יסוד בספרות – יישום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('הלב שלו דפק כמו תוף')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('הכיתה הייתה ים סוער')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('השער פיהק לעברי בשעמום')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('עידו היה ילד שקט וביישן')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ארגז הכלים של הקורא/ת: מושגי יסוד בספרות – 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הסיפור העממי, המשל והבלדה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חזרה על אירוע או משימה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בת שבע / אשת אוריה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עובר גלגול (מטמורפוזה) בין צורות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הסיפור העממי, המשל והבלדה – זיהוי ואמת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נוסחאות פתיחה וסיום קבועות האופייניות לסיפור העממי.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הבלדה בנויה על שאלות ותשובות חוזרות שחושפות בהדרגה את ההרעלה.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משל נכתב בדיוק כדי להעביר מסר או אמת, לעיתים באמצעות נמשל.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הסיפור העממי, המשל והבלדה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(עוזרים מן החי שמסייעים לאח הקטן)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(גלגול (מטמורפוזה) של הגיבור)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(משל שחושף אמת קשה בפני המלך 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(דיאלוג חוזר בין אם לבן עד גילוי ההרעלה)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(פזמון חוזר ואווירת אימה)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הסיפור העממי, המשל והבלדה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אטד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הסיפור הקצר: מהעולם ומהספרות העברית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גי דה מופסאן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שרשרת פנינים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עגלון בשם איונה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ניו יורק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הסיפור הקצר: מהעולם ומהספרות העברית – הבנה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הפואנטה המפתיעה של הסיפור: כל שנות העבודה הקשה היו מיותרות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אף אחד מהאנשים לא מקשיב לו, רק הסוסה שלו מקשיבה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הסיפור הקצר: מהעולם ומהספרות העברית – ניתוח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(אובדן תכשיט ושנים של קורבן מיותר)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(בדידות ואדישות הסביבה כלפי האבל)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(חברות ישנה מול חובה וחוק)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(עלבון ונקמה בלי מגע פיזי)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הסיפור הקצר: מהעולם ומהספרות העברית – כתיבה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שירה: איך קוראים שיר, ושירת התחייה של ביאליק ורחל – הכרה ומושגי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טורים (שורות) המופרדת ברווח משאר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הכנרת וחיי החלוצים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שיר השירים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שירה: איך קוראים שיר, ושירת התחייה של ביאליק ורחל – הבנה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הוא דמות שהמשורר או המשוררת יצרו, והיא זו שמוסרת לנו מחשבות ורגשות – לא בהכרח קולם האישי.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שירי רחל קצרים ופשוטים בלשונם, אך עמוקים ברגש ובמשמעות.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שירה: איך קוראים שיר, ושירת התחייה של ביאליק ורחל – זיהוי מושגים ושיוך ליצירות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שירה: איך קוראים שיר, ושירת התחייה של ביאליק ורחל – ניתוח קטעים ושימוש באמצעים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נמלה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האנשה ומטאפורות לתיאור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המשפט ממשיך לשורה הבאה בלי הפסקה טבעית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תנ״ך: שמואל – מנהיגים ומלכים, שאול ודוד – הכרת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מלך כמו בשאר העמים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נתן הנביא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תנ״ך: שמואל – מנהיגים ומלכים, שאול ודוד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הפסוק אומר שה' רואה ללבב, לא למראה החיצוני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שני החטאים המתוארים בפרקים י״ג וט״ו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תנ״ך: שמואל – מנהיגים ומלכים, שאול ודוד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תנ״ך: שמואל – מנהיגים ומלכים, שאול ודוד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(התפללה ונדרה נדר על לידת 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(הנביא שמשח את שאול ואת 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(המלך הראשון, שנדחה בשל חטאיו)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(הרועה שנבחר בזכות ליבו)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(כרת ברית אהבה ונאמנות עם 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(הוכיח את דוד במשל כבשת הרש)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מגדירה את שני סוגי האפיון בבירור ומביאה דוגמה מדויקת מתוך טקסט שנלמד, לא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מזהה לפחות אמצעי אמנותי אחד בשם, ומסבירה כיצד הוא תורם למשמעות או לרגש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מתבססת על אירוע קונקרטי מהפסוקים (למשל משיחת דוד או חטאי שאול) ולא רק על רושם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את הפרקים לפי הסדר המוצע - תחילה מושגי יסוד, ואז ליישם אותם בכל יצירה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שיעורים, פרק אחד או שניים בכל שיעור, ולהקדיש שיעור נפרד לחלק 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למשימות הזיהוי בלבד; לתלמידים מתקדמים כדאי להוסיף פסקת ניתוח מלאה עם ציטוט קצר ונימוק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קריאה בקול רם של קטעי המקור (שירים ופסוקים) לפני העבודה העצמאית, כדי לחזק הבנה והקשבה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ותנ״ך: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משימות קצרות על הסיפורים והשירים שלמדנו. קוראים כל קטע, עונים על השאלות ומסבירים את התשובה במילים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דובר/מספר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שמדבר בשיר או מספר את הסיפור - לא בהכרח הסופר או המשורר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אפיון ישיר ועקיף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אפיון ישיר אומר תכונה במפורש; אפיון עקיף מראה אותה דרך מעשים, דיבור או 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 ודימוי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משווה בעזרת מילת קישור (כמו); מטאפורה משווה בלי מילת קישור, כאילו שני דברים הם אותו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מתן תכונות אנוש לדבר דומם או לבעל 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אקספוזיציה, סיבוך, מפנה, שיא וסיום - השלבים שבהם מתפתח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פואנטה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מפתיע שמשנה את משמעות הסיפור כולו ברגע האחרון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שמצפים לו לבין מה שקורה בפועל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המספר סיפור דרמטי קצר, עם דיאלוג, חזרה וסוף טרגי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 ונמשל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על בעלי חיים או דמויות שמעביר מסר מוסרי (נמשל)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מנהיגות במקרא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שאול לדוד מעלה שאלות על תכונות הנדרשות ממנהיג - צייתנות, לב, ענווה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ארגז הכלים של הקורא/ת: מושגי יסוד בספרות – זיהוי והיכרות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סוגה מוצגים על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חסר במחזה לעומת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שלב מכירים את מי ואיפה?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אקספוזיציה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דמות שמשתנה במהלך העלילה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נוכחת-נפקדת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ארגז הכלים של הקורא/ת: מושגי יסוד בספרות – זיהוי באמצעים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בגוף ראשון הוא דמות בתוך הסיפור שאומרת 'אני'.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אפיון ישיר הוא כאשר המספר אומר לנו במפורש איזו דמות היא.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שטוחה היא דמות שמשתנה מאוד לאורך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ארגז הכלים של הקורא/ת: מושגי יסוד בספרות – יישום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'השער פיהק לעברי בשעמום'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'עידו היה ילד שקט וביישן'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'הלב שלו דפק כמו תוף'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אפיון ישיר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'הכיתה הייתה ים סוער'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ארגז הכלים של הקורא/ת: מושגי יסוד בספרות – 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'הלב שלו דפק כמו תוף' המילה המדמה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בשלבי העלילה, אחרי האקספוזיציה והמפנה מגיע שלב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הסיפור העממי, המשל והבלדה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'שילוש' בסיפור עממי?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אירוע או משימה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דמויות ראשיות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פתרונות אפשריים לעלילה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חלוקת הסיפור לשלושה פרקים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 מי מסמלת הכבשה במשל כבשת הרש?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בת שבע / אשת אוריה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הצאן של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סוף יש בבלדות?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שמח ומפתיע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סוף טרגי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פתוח לגמרי בלי רמז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לגיבור ארנב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נשאר באותה צורה מתחילה ועד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עובר גלגול (מטמורפוזה) בין צורות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נהרג באמצע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הופך למלך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הסיפור העממי, המשל והבלדה – זיהוי ואמת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עממי מקובל שהפתיחה והסיום קבועים, למשל 'היה היה'.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בבלדה 'לורד רנדל' יש דיאלוג חוזר בין אם לבנה שחוזר ומתגבר.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 הוא סיפור שאין בו שום מסר או מוסר השכל.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הסיפור העממי, המשל והבלדה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מלכת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פזמון חוזר ואווירת אימה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ארנב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משל שחושף אמת קשה בפני המלך 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כבשת הרש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גלגול (מטמורפוזה) של הגיבור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לורד רנדל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עוזרים מן החי שמסייעים לאח הקטן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בת הרב ואמה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דיאלוג חוזר בין אם לבן עד גילוי ההרעלה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הסיפור העממי, המשל והבלדה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במשל יותם, העצים מבקשים מה__________ למלוך עליהם לאחר שהעצים הטובים מסרבים.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בבלדה 'אדוארד, אדוארד' מתגלה בסוף שה__________ היא שהדיחה את הבן לרצוח.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במעשיית פלא טיפוסית הגיבור יוצא מהבית, נקלע למצוקה, ובדרך כלל מקבל עזרה מ__________ פלאי.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הסיפור הקצר: מהעולם ומהספרות העברית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הסופר של "המחרוזת"?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 דה מופסאן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או. הנרי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ח"נ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מתילדה שואלת מחברתה?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שמלה מפוארת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שרשרת פנינים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מעיל פרווה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הזמנה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הדמות הראשית ב"יגון"?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עגלון בשם איונה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סוחר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עיר קורה "מקץ עשרים שנה"?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סנקט פטרבורג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הסיפור הקצר: מהעולם ומהספרות העברית – הבנה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"המחרוזת" מתברר שהשרשרת שאבדה הייתה מזויפת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ב"יגון" השכנים והנוסעים מקשיבים בקשב רב לסיפורו של איונה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הסיפור הקצר: מהעולם ומהספרות העברית – ניתוח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חברות ישנה מול חובה וחוק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עלבון ונקמה בלי מגע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מקץ עשרים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בדידות ואדישות הסביבה כלפי האבל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נקמתו של סבל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אובדן תכשיט ושנים של קורבן מיותר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הסיפור הקצר: מהעולם ומהספרות העברית – כתיבה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ב"יגון" מאת צ'כוב, הדמות היחידה שמקשיבה לאיונה בסופו של דבר היא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ב"נקמתו של סבל", למך עובד כ__________ בעיר צפת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שירה: איך קוראים שיר, ושירת התחייה של ביאליק ורחל – הכרה ומושגי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בית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טורים (שורות) המופרדת ברווח משאר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בודדת בתוך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הכותרת של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החריזה שבסוף השורה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גרה רחל וכתבה?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 וחיי החלוצים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גדולה הומה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מסעות בים הפתוח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מלחמת העולם הראשונה בחזית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מאיזה ספר בתנ"ך לקוח הרמז בשיר "גן נעול"?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שירה: איך קוראים שיר, ושירת התחייה של ביאליק ורחל – הבנה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הוא תמיד המשורר או המשוררת עצמם.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שיריה של רחל ארוכים ומורכבים מאוד בלשונם.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שירה: איך קוראים שיר, ושירת התחייה של ביאליק ורחל – זיהוי מושגים ושיוך ליצירות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חיים נחמן ביאליק מכונה "המשורר ה__________".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שירה: איך קוראים שיר, ושירת התחייה של ביאליק ורחל – ניתוח קטעים ושימוש באמצעים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משווה רחל את עולמה הקטן?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סוער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אמצעי נמצא בשיר "כנרת"?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 ומטאפורות לתיאור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 ונמשל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מקאמה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דיאלוג בין שתי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שורה חוצה?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המשפט ממשיך לשורה הבאה בלי הפסקה טבעית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שורה מסתיימת בנקודה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שורה שמתחרזת עם שורה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שורה שחוזרת פעמיים באותו הנוסח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תנ״ך: שמואל – מנהיגים ומלכים, שאול ודוד – הכרת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התפללה ללדת את שמואל?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פנינה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ביקש העם?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מלך כמו בשאר העמים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כהן גדול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נביא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צבא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ניצח את גוליית?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נתן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הוכיח את דוד?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נתן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תנ״ך: שמואל – מנהיגים ומלכים, שאול ודוד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נבחר למלך כי היה הגבוה והחזק מבין אחיו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שאול חטא פעמיים: בהקרבת העולה בגלגל ובאי־השמדת עמלק במלואו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תנ״ך: שמואל – מנהיגים ומלכים, שאול ודוד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הסימן שנתן יהונתן לדוד כדי להזהירו מפני כוונות שאול היה ירי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דוד חס על חייו של שאול פעמיים: במערה בעין גדי ובמדבר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תנ״ך: שמואל – מנהיגים ומלכים, שאול ודוד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הוכיח את דוד במשל כבשת הרש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שמואל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המלך הראשון, שנדחה בשל חטאיו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הרועה שנבחר בזכות ליבו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כרת ברית אהבה ונאמנות עם 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יהונתן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הנביא שמשח את שאול ואת 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נתן הנביא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התפללה ונדרה נדר על לידת בן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להסביר במילים שלכם מה ההבדל בין אפיון ישיר לאפיון עקיף, ולהביא דוגמה אחת מכל יצירה שנלמדה?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יצירה (סיפור, בלדה או שיר) הכי ריתקה אתכם, ואילו אמצעים אמנותיים בה תרמו למשמעות?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מהשוואת שאול ודוד על מה הופך אדם למנהיג ראוי - ואיך תנמקו את דעתכם מתוך פסוק?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ותנ״ך: מסע בין סיפורים ופסוקים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